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8AF0C" w14:textId="77777777" w:rsidR="00CC05CE" w:rsidRPr="00CC05CE" w:rsidRDefault="00CC05CE">
      <w:pPr>
        <w:pStyle w:val="Heading1"/>
        <w:rPr>
          <w:rFonts w:ascii="Calibri" w:hAnsi="Calibri" w:cs="Calibri"/>
          <w:color w:val="EE0000"/>
          <w:sz w:val="24"/>
          <w:szCs w:val="24"/>
        </w:rPr>
      </w:pPr>
      <w:r w:rsidRPr="00CC05CE">
        <w:rPr>
          <w:rFonts w:ascii="Calibri" w:hAnsi="Calibri" w:cs="Calibri"/>
          <w:noProof/>
          <w:sz w:val="24"/>
          <w:szCs w:val="24"/>
        </w:rPr>
        <w:drawing>
          <wp:inline distT="0" distB="0" distL="0" distR="0" wp14:anchorId="2389519D" wp14:editId="0956BD9F">
            <wp:extent cx="5486400" cy="1828800"/>
            <wp:effectExtent l="0" t="0" r="0" b="0"/>
            <wp:docPr id="3012880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288049" name="Picture 301288049"/>
                    <pic:cNvPicPr/>
                  </pic:nvPicPr>
                  <pic:blipFill>
                    <a:blip r:embed="rId8"/>
                    <a:stretch>
                      <a:fillRect/>
                    </a:stretch>
                  </pic:blipFill>
                  <pic:spPr>
                    <a:xfrm>
                      <a:off x="0" y="0"/>
                      <a:ext cx="5486400" cy="1828800"/>
                    </a:xfrm>
                    <a:prstGeom prst="rect">
                      <a:avLst/>
                    </a:prstGeom>
                  </pic:spPr>
                </pic:pic>
              </a:graphicData>
            </a:graphic>
          </wp:inline>
        </w:drawing>
      </w:r>
    </w:p>
    <w:p w14:paraId="7F79EDFC" w14:textId="276A53AC" w:rsidR="004B3E66" w:rsidRPr="00CC05CE" w:rsidRDefault="00000000" w:rsidP="00CC05CE">
      <w:pPr>
        <w:pStyle w:val="Heading1"/>
        <w:jc w:val="center"/>
        <w:rPr>
          <w:rFonts w:ascii="Calibri" w:hAnsi="Calibri" w:cs="Calibri"/>
          <w:color w:val="EE0000"/>
          <w:sz w:val="24"/>
          <w:szCs w:val="24"/>
        </w:rPr>
      </w:pPr>
      <w:r w:rsidRPr="00CC05CE">
        <w:rPr>
          <w:rFonts w:ascii="Calibri" w:hAnsi="Calibri" w:cs="Calibri"/>
          <w:color w:val="EE0000"/>
          <w:sz w:val="24"/>
          <w:szCs w:val="24"/>
        </w:rPr>
        <w:t>IHPBA 2026 – Trainee Grant Application Form</w:t>
      </w:r>
    </w:p>
    <w:p w14:paraId="0F57EECA" w14:textId="77777777" w:rsidR="00CC05CE" w:rsidRPr="00CC05CE" w:rsidRDefault="00CC05CE" w:rsidP="00CC05CE">
      <w:pPr>
        <w:rPr>
          <w:rFonts w:ascii="Calibri" w:hAnsi="Calibri" w:cs="Calibri"/>
          <w:sz w:val="24"/>
          <w:szCs w:val="24"/>
        </w:rPr>
      </w:pPr>
    </w:p>
    <w:p w14:paraId="3DD453DA" w14:textId="09A4936A" w:rsidR="00CC05CE" w:rsidRPr="00CC05CE" w:rsidRDefault="00CC05CE" w:rsidP="00CC05CE">
      <w:pPr>
        <w:pStyle w:val="ListParagraph"/>
        <w:numPr>
          <w:ilvl w:val="0"/>
          <w:numId w:val="10"/>
        </w:numPr>
        <w:rPr>
          <w:rFonts w:ascii="Calibri" w:hAnsi="Calibri" w:cs="Calibri"/>
          <w:sz w:val="24"/>
          <w:szCs w:val="24"/>
        </w:rPr>
      </w:pPr>
      <w:r w:rsidRPr="00CC05CE">
        <w:rPr>
          <w:rFonts w:ascii="Calibri" w:hAnsi="Calibri" w:cs="Calibri"/>
          <w:sz w:val="24"/>
          <w:szCs w:val="24"/>
        </w:rPr>
        <w:t xml:space="preserve">Online submission is preferred.  Please </w:t>
      </w:r>
      <w:r w:rsidRPr="00CC05CE">
        <w:rPr>
          <w:rFonts w:ascii="Calibri" w:hAnsi="Calibri" w:cs="Calibri"/>
          <w:b/>
          <w:bCs/>
          <w:sz w:val="24"/>
          <w:szCs w:val="24"/>
        </w:rPr>
        <w:t>do not</w:t>
      </w:r>
      <w:r w:rsidRPr="00CC05CE">
        <w:rPr>
          <w:rFonts w:ascii="Calibri" w:hAnsi="Calibri" w:cs="Calibri"/>
          <w:sz w:val="24"/>
          <w:szCs w:val="24"/>
        </w:rPr>
        <w:t xml:space="preserve"> complete this document if you do have access to the </w:t>
      </w:r>
      <w:hyperlink r:id="rId9" w:history="1">
        <w:r w:rsidRPr="00CC05CE">
          <w:rPr>
            <w:rStyle w:val="Hyperlink"/>
            <w:rFonts w:ascii="Calibri" w:hAnsi="Calibri" w:cs="Calibri"/>
            <w:sz w:val="24"/>
            <w:szCs w:val="24"/>
          </w:rPr>
          <w:t>online form.</w:t>
        </w:r>
      </w:hyperlink>
    </w:p>
    <w:p w14:paraId="15A19E40" w14:textId="09B7F44C" w:rsidR="00CC05CE" w:rsidRPr="00CC05CE" w:rsidRDefault="00CC05CE" w:rsidP="00CC05CE">
      <w:pPr>
        <w:pStyle w:val="ListParagraph"/>
        <w:numPr>
          <w:ilvl w:val="0"/>
          <w:numId w:val="10"/>
        </w:numPr>
        <w:rPr>
          <w:rFonts w:ascii="Calibri" w:hAnsi="Calibri" w:cs="Calibri"/>
          <w:sz w:val="24"/>
          <w:szCs w:val="24"/>
        </w:rPr>
      </w:pPr>
      <w:r w:rsidRPr="00CC05CE">
        <w:rPr>
          <w:rFonts w:ascii="Calibri" w:hAnsi="Calibri" w:cs="Calibri"/>
          <w:sz w:val="24"/>
          <w:szCs w:val="24"/>
        </w:rPr>
        <w:t xml:space="preserve">If you are unable to access the online form, please save a copy of the word form and email the form and the supporting document to </w:t>
      </w:r>
      <w:hyperlink r:id="rId10" w:history="1">
        <w:r w:rsidRPr="00CC05CE">
          <w:rPr>
            <w:rStyle w:val="Hyperlink"/>
            <w:rFonts w:ascii="Calibri" w:hAnsi="Calibri" w:cs="Calibri"/>
            <w:sz w:val="24"/>
            <w:szCs w:val="24"/>
          </w:rPr>
          <w:t>travelgrant@ihpba.org</w:t>
        </w:r>
      </w:hyperlink>
      <w:r w:rsidRPr="00CC05CE">
        <w:rPr>
          <w:rFonts w:ascii="Calibri" w:hAnsi="Calibri" w:cs="Calibri"/>
          <w:sz w:val="24"/>
          <w:szCs w:val="24"/>
        </w:rPr>
        <w:t xml:space="preserve">  </w:t>
      </w:r>
    </w:p>
    <w:p w14:paraId="7440BEBC" w14:textId="77777777" w:rsidR="00CC05CE" w:rsidRPr="00CC05CE" w:rsidRDefault="00CC05CE" w:rsidP="00CC05CE">
      <w:pPr>
        <w:pStyle w:val="ListParagraph"/>
        <w:numPr>
          <w:ilvl w:val="0"/>
          <w:numId w:val="10"/>
        </w:numPr>
        <w:rPr>
          <w:rFonts w:ascii="Calibri" w:hAnsi="Calibri" w:cs="Calibri"/>
          <w:b/>
          <w:bCs/>
          <w:sz w:val="24"/>
          <w:szCs w:val="24"/>
        </w:rPr>
      </w:pPr>
      <w:r w:rsidRPr="00CC05CE">
        <w:rPr>
          <w:rFonts w:ascii="Calibri" w:hAnsi="Calibri" w:cs="Calibri"/>
          <w:sz w:val="24"/>
          <w:szCs w:val="24"/>
        </w:rPr>
        <w:t>Please complete all sections of this form clearly and accurately.</w:t>
      </w:r>
    </w:p>
    <w:p w14:paraId="6595C5DB" w14:textId="535F9DCD" w:rsidR="00CC05CE" w:rsidRPr="00CC05CE" w:rsidRDefault="00CC05CE" w:rsidP="00CC05CE">
      <w:pPr>
        <w:pStyle w:val="ListParagraph"/>
        <w:numPr>
          <w:ilvl w:val="0"/>
          <w:numId w:val="10"/>
        </w:numPr>
        <w:rPr>
          <w:rFonts w:ascii="Calibri" w:hAnsi="Calibri" w:cs="Calibri"/>
          <w:b/>
          <w:bCs/>
          <w:sz w:val="24"/>
          <w:szCs w:val="24"/>
        </w:rPr>
      </w:pPr>
      <w:r w:rsidRPr="00CC05CE">
        <w:rPr>
          <w:rFonts w:ascii="Calibri" w:hAnsi="Calibri" w:cs="Calibri"/>
          <w:sz w:val="24"/>
          <w:szCs w:val="24"/>
        </w:rPr>
        <w:t>Incomplete applications may not be considered.</w:t>
      </w:r>
    </w:p>
    <w:p w14:paraId="2CEF62A2" w14:textId="07481B82" w:rsidR="00CC05CE" w:rsidRPr="00CC05CE" w:rsidRDefault="00000000" w:rsidP="00CC05CE">
      <w:pPr>
        <w:rPr>
          <w:rFonts w:ascii="Calibri" w:hAnsi="Calibri" w:cs="Calibri"/>
          <w:lang w:val="en-GB"/>
        </w:rPr>
      </w:pPr>
      <w:r w:rsidRPr="00CC05CE">
        <w:rPr>
          <w:rFonts w:ascii="Calibri" w:hAnsi="Calibri" w:cs="Calibri"/>
          <w:sz w:val="24"/>
          <w:szCs w:val="24"/>
        </w:rPr>
        <w:br/>
      </w:r>
      <w:r w:rsidRPr="00CC05CE">
        <w:rPr>
          <w:rFonts w:ascii="Calibri" w:hAnsi="Calibri" w:cs="Calibri"/>
          <w:b/>
          <w:bCs/>
          <w:sz w:val="24"/>
          <w:szCs w:val="24"/>
        </w:rPr>
        <w:t>Trainee Grant Eligibility</w:t>
      </w:r>
      <w:r w:rsidRPr="00CC05CE">
        <w:rPr>
          <w:rFonts w:ascii="Calibri" w:hAnsi="Calibri" w:cs="Calibri"/>
          <w:sz w:val="24"/>
          <w:szCs w:val="24"/>
        </w:rPr>
        <w:br/>
      </w:r>
      <w:r w:rsidRPr="00CC05CE">
        <w:rPr>
          <w:rFonts w:ascii="Calibri" w:hAnsi="Calibri" w:cs="Calibri"/>
          <w:sz w:val="24"/>
          <w:szCs w:val="24"/>
        </w:rPr>
        <w:br/>
      </w:r>
      <w:r w:rsidRPr="00CC05CE">
        <w:rPr>
          <w:rFonts w:ascii="Calibri" w:hAnsi="Calibri" w:cs="Calibri"/>
          <w:b/>
          <w:bCs/>
          <w:sz w:val="24"/>
          <w:szCs w:val="24"/>
        </w:rPr>
        <w:t>Applicants should:</w:t>
      </w:r>
    </w:p>
    <w:p w14:paraId="76A7AF73" w14:textId="77777777" w:rsidR="00CC05CE" w:rsidRPr="00CC05CE" w:rsidRDefault="00CC05CE" w:rsidP="00CC05CE">
      <w:pPr>
        <w:numPr>
          <w:ilvl w:val="0"/>
          <w:numId w:val="11"/>
        </w:numPr>
        <w:spacing w:after="0" w:line="240" w:lineRule="auto"/>
        <w:ind w:left="714" w:hanging="357"/>
        <w:rPr>
          <w:rFonts w:ascii="Calibri" w:hAnsi="Calibri" w:cs="Calibri"/>
          <w:sz w:val="24"/>
          <w:szCs w:val="24"/>
          <w:lang w:val="en-GB"/>
        </w:rPr>
      </w:pPr>
      <w:r w:rsidRPr="00CC05CE">
        <w:rPr>
          <w:rFonts w:ascii="Calibri" w:hAnsi="Calibri" w:cs="Calibri"/>
          <w:sz w:val="24"/>
          <w:szCs w:val="24"/>
          <w:lang w:val="en-GB"/>
        </w:rPr>
        <w:t>Be an IHPBA Junior Member.</w:t>
      </w:r>
      <w:r w:rsidRPr="00CC05CE">
        <w:rPr>
          <w:rFonts w:ascii="Calibri" w:hAnsi="Calibri" w:cs="Calibri"/>
          <w:sz w:val="24"/>
          <w:szCs w:val="24"/>
          <w:lang w:val="en-GB"/>
        </w:rPr>
        <w:br/>
      </w:r>
      <w:r w:rsidRPr="00CC05CE">
        <w:rPr>
          <w:rFonts w:ascii="Calibri" w:hAnsi="Calibri" w:cs="Calibri"/>
          <w:b/>
          <w:bCs/>
          <w:sz w:val="24"/>
          <w:szCs w:val="24"/>
          <w:lang w:val="en-GB"/>
        </w:rPr>
        <w:t>E-A/AP:</w:t>
      </w:r>
      <w:r w:rsidRPr="00CC05CE">
        <w:rPr>
          <w:rFonts w:ascii="Calibri" w:hAnsi="Calibri" w:cs="Calibri"/>
          <w:sz w:val="24"/>
          <w:szCs w:val="24"/>
          <w:lang w:val="en-GB"/>
        </w:rPr>
        <w:t> Trainees, residents or fellows enrolled in a programme of medical education or research, or a practicing surgeon under the age of 35 (with proof of birth date).</w:t>
      </w:r>
      <w:r w:rsidRPr="00CC05CE">
        <w:rPr>
          <w:rFonts w:ascii="Calibri" w:hAnsi="Calibri" w:cs="Calibri"/>
          <w:sz w:val="24"/>
          <w:szCs w:val="24"/>
          <w:lang w:val="en-GB"/>
        </w:rPr>
        <w:br/>
      </w:r>
      <w:r w:rsidRPr="00CC05CE">
        <w:rPr>
          <w:rFonts w:ascii="Calibri" w:hAnsi="Calibri" w:cs="Calibri"/>
          <w:b/>
          <w:bCs/>
          <w:sz w:val="24"/>
          <w:szCs w:val="24"/>
          <w:lang w:val="en-GB"/>
        </w:rPr>
        <w:t>AHPBA:</w:t>
      </w:r>
      <w:r w:rsidRPr="00CC05CE">
        <w:rPr>
          <w:rFonts w:ascii="Calibri" w:hAnsi="Calibri" w:cs="Calibri"/>
          <w:sz w:val="24"/>
          <w:szCs w:val="24"/>
          <w:lang w:val="en-GB"/>
        </w:rPr>
        <w:t> Junior members are residents or fellows enrolled in a recognised programme of medical education or research.</w:t>
      </w:r>
    </w:p>
    <w:p w14:paraId="1A02BD60" w14:textId="77777777" w:rsidR="00CC05CE" w:rsidRPr="00CC05CE" w:rsidRDefault="00CC05CE" w:rsidP="00CC05CE">
      <w:pPr>
        <w:numPr>
          <w:ilvl w:val="0"/>
          <w:numId w:val="11"/>
        </w:numPr>
        <w:spacing w:after="0" w:line="240" w:lineRule="auto"/>
        <w:ind w:left="714" w:hanging="357"/>
        <w:rPr>
          <w:rFonts w:ascii="Calibri" w:hAnsi="Calibri" w:cs="Calibri"/>
          <w:sz w:val="24"/>
          <w:szCs w:val="24"/>
          <w:lang w:val="en-GB"/>
        </w:rPr>
      </w:pPr>
      <w:r w:rsidRPr="00CC05CE">
        <w:rPr>
          <w:rFonts w:ascii="Calibri" w:hAnsi="Calibri" w:cs="Calibri"/>
          <w:sz w:val="24"/>
          <w:szCs w:val="24"/>
          <w:lang w:val="en-GB"/>
        </w:rPr>
        <w:t xml:space="preserve">Be available to attend the full scientific programme of the Congress (29-31 </w:t>
      </w:r>
      <w:proofErr w:type="gramStart"/>
      <w:r w:rsidRPr="00CC05CE">
        <w:rPr>
          <w:rFonts w:ascii="Calibri" w:hAnsi="Calibri" w:cs="Calibri"/>
          <w:sz w:val="24"/>
          <w:szCs w:val="24"/>
          <w:lang w:val="en-GB"/>
        </w:rPr>
        <w:t>October,</w:t>
      </w:r>
      <w:proofErr w:type="gramEnd"/>
      <w:r w:rsidRPr="00CC05CE">
        <w:rPr>
          <w:rFonts w:ascii="Calibri" w:hAnsi="Calibri" w:cs="Calibri"/>
          <w:sz w:val="24"/>
          <w:szCs w:val="24"/>
          <w:lang w:val="en-GB"/>
        </w:rPr>
        <w:t xml:space="preserve"> 2026).</w:t>
      </w:r>
    </w:p>
    <w:p w14:paraId="7627C33E" w14:textId="77777777" w:rsidR="00CC05CE" w:rsidRPr="00CC05CE" w:rsidRDefault="00CC05CE" w:rsidP="00CC05CE">
      <w:pPr>
        <w:numPr>
          <w:ilvl w:val="0"/>
          <w:numId w:val="11"/>
        </w:numPr>
        <w:spacing w:after="0" w:line="240" w:lineRule="auto"/>
        <w:ind w:left="714" w:hanging="357"/>
        <w:rPr>
          <w:rFonts w:ascii="Calibri" w:hAnsi="Calibri" w:cs="Calibri"/>
          <w:sz w:val="24"/>
          <w:szCs w:val="24"/>
          <w:lang w:val="en-GB"/>
        </w:rPr>
      </w:pPr>
      <w:r w:rsidRPr="00CC05CE">
        <w:rPr>
          <w:rFonts w:ascii="Calibri" w:hAnsi="Calibri" w:cs="Calibri"/>
          <w:sz w:val="24"/>
          <w:szCs w:val="24"/>
          <w:lang w:val="en-GB"/>
        </w:rPr>
        <w:t>Have or be able to obtain the required documents for travel to Singapore.</w:t>
      </w:r>
    </w:p>
    <w:p w14:paraId="6E7A2AA4" w14:textId="77777777" w:rsidR="00CC05CE" w:rsidRPr="00CC05CE" w:rsidRDefault="00CC05CE" w:rsidP="00CC05CE">
      <w:pPr>
        <w:numPr>
          <w:ilvl w:val="0"/>
          <w:numId w:val="11"/>
        </w:numPr>
        <w:spacing w:after="0" w:line="240" w:lineRule="auto"/>
        <w:ind w:left="714" w:hanging="357"/>
        <w:rPr>
          <w:rFonts w:ascii="Calibri" w:hAnsi="Calibri" w:cs="Calibri"/>
          <w:sz w:val="24"/>
          <w:szCs w:val="24"/>
          <w:lang w:val="en-GB"/>
        </w:rPr>
      </w:pPr>
      <w:r w:rsidRPr="00CC05CE">
        <w:rPr>
          <w:rFonts w:ascii="Calibri" w:hAnsi="Calibri" w:cs="Calibri"/>
          <w:sz w:val="24"/>
          <w:szCs w:val="24"/>
          <w:lang w:val="en-GB"/>
        </w:rPr>
        <w:t xml:space="preserve">Have an accepted abstract for presentation (oral, </w:t>
      </w:r>
      <w:proofErr w:type="spellStart"/>
      <w:r w:rsidRPr="00CC05CE">
        <w:rPr>
          <w:rFonts w:ascii="Calibri" w:hAnsi="Calibri" w:cs="Calibri"/>
          <w:sz w:val="24"/>
          <w:szCs w:val="24"/>
          <w:lang w:val="en-GB"/>
        </w:rPr>
        <w:t>eposter</w:t>
      </w:r>
      <w:proofErr w:type="spellEnd"/>
      <w:r w:rsidRPr="00CC05CE">
        <w:rPr>
          <w:rFonts w:ascii="Calibri" w:hAnsi="Calibri" w:cs="Calibri"/>
          <w:sz w:val="24"/>
          <w:szCs w:val="24"/>
          <w:lang w:val="en-GB"/>
        </w:rPr>
        <w:t xml:space="preserve">, video, </w:t>
      </w:r>
      <w:proofErr w:type="spellStart"/>
      <w:r w:rsidRPr="00CC05CE">
        <w:rPr>
          <w:rFonts w:ascii="Calibri" w:hAnsi="Calibri" w:cs="Calibri"/>
          <w:sz w:val="24"/>
          <w:szCs w:val="24"/>
          <w:lang w:val="en-GB"/>
        </w:rPr>
        <w:t>evideo</w:t>
      </w:r>
      <w:proofErr w:type="spellEnd"/>
      <w:r w:rsidRPr="00CC05CE">
        <w:rPr>
          <w:rFonts w:ascii="Calibri" w:hAnsi="Calibri" w:cs="Calibri"/>
          <w:sz w:val="24"/>
          <w:szCs w:val="24"/>
          <w:lang w:val="en-GB"/>
        </w:rPr>
        <w:t>)</w:t>
      </w:r>
      <w:r w:rsidRPr="00CC05CE">
        <w:rPr>
          <w:rFonts w:ascii="Calibri" w:hAnsi="Calibri" w:cs="Calibri"/>
          <w:sz w:val="24"/>
          <w:szCs w:val="24"/>
          <w:lang w:val="en-GB"/>
        </w:rPr>
        <w:br/>
      </w:r>
      <w:r w:rsidRPr="00CC05CE">
        <w:rPr>
          <w:rFonts w:ascii="Calibri" w:hAnsi="Calibri" w:cs="Calibri"/>
          <w:b/>
          <w:bCs/>
          <w:sz w:val="24"/>
          <w:szCs w:val="24"/>
          <w:lang w:val="en-GB"/>
        </w:rPr>
        <w:t>Supporting Documents:</w:t>
      </w:r>
    </w:p>
    <w:p w14:paraId="5FC2BF00" w14:textId="77777777" w:rsidR="00CC05CE" w:rsidRPr="00CC05CE" w:rsidRDefault="00CC05CE" w:rsidP="00CC05CE">
      <w:pPr>
        <w:numPr>
          <w:ilvl w:val="0"/>
          <w:numId w:val="11"/>
        </w:numPr>
        <w:spacing w:after="0" w:line="240" w:lineRule="auto"/>
        <w:ind w:left="714" w:hanging="357"/>
        <w:rPr>
          <w:rFonts w:ascii="Calibri" w:hAnsi="Calibri" w:cs="Calibri"/>
          <w:sz w:val="24"/>
          <w:szCs w:val="24"/>
          <w:lang w:val="en-GB"/>
        </w:rPr>
      </w:pPr>
      <w:r w:rsidRPr="00CC05CE">
        <w:rPr>
          <w:rFonts w:ascii="Calibri" w:hAnsi="Calibri" w:cs="Calibri"/>
          <w:sz w:val="24"/>
          <w:szCs w:val="24"/>
          <w:lang w:val="en-GB"/>
        </w:rPr>
        <w:t>A letter of recommendation is required from the applicant’s department chair, programme director or IHPBA chapter president. The letter must confirm that each of the eligibility criteria has been met prior to application.</w:t>
      </w:r>
    </w:p>
    <w:p w14:paraId="4D2652B8" w14:textId="77777777" w:rsidR="00CC05CE" w:rsidRPr="00CC05CE" w:rsidRDefault="00CC05CE" w:rsidP="00CC05CE">
      <w:pPr>
        <w:numPr>
          <w:ilvl w:val="0"/>
          <w:numId w:val="11"/>
        </w:numPr>
        <w:spacing w:after="0" w:line="240" w:lineRule="auto"/>
        <w:ind w:left="714" w:hanging="357"/>
        <w:rPr>
          <w:rFonts w:ascii="Calibri" w:hAnsi="Calibri" w:cs="Calibri"/>
          <w:sz w:val="24"/>
          <w:szCs w:val="24"/>
          <w:lang w:val="en-GB"/>
        </w:rPr>
      </w:pPr>
      <w:r w:rsidRPr="00CC05CE">
        <w:rPr>
          <w:rFonts w:ascii="Calibri" w:hAnsi="Calibri" w:cs="Calibri"/>
          <w:sz w:val="24"/>
          <w:szCs w:val="24"/>
          <w:lang w:val="en-GB"/>
        </w:rPr>
        <w:t xml:space="preserve">A written statement from the applicant explaining why they are applying and the potential benefits for them if they </w:t>
      </w:r>
      <w:proofErr w:type="gramStart"/>
      <w:r w:rsidRPr="00CC05CE">
        <w:rPr>
          <w:rFonts w:ascii="Calibri" w:hAnsi="Calibri" w:cs="Calibri"/>
          <w:sz w:val="24"/>
          <w:szCs w:val="24"/>
          <w:lang w:val="en-GB"/>
        </w:rPr>
        <w:t>are able to</w:t>
      </w:r>
      <w:proofErr w:type="gramEnd"/>
      <w:r w:rsidRPr="00CC05CE">
        <w:rPr>
          <w:rFonts w:ascii="Calibri" w:hAnsi="Calibri" w:cs="Calibri"/>
          <w:sz w:val="24"/>
          <w:szCs w:val="24"/>
          <w:lang w:val="en-GB"/>
        </w:rPr>
        <w:t xml:space="preserve"> attend.</w:t>
      </w:r>
    </w:p>
    <w:p w14:paraId="4067C008" w14:textId="0EDEF4D8" w:rsidR="00CC05CE" w:rsidRPr="006700EC" w:rsidRDefault="006700EC">
      <w:pPr>
        <w:rPr>
          <w:rFonts w:ascii="Calibri" w:hAnsi="Calibri" w:cs="Calibri"/>
          <w:b/>
          <w:bCs/>
          <w:sz w:val="24"/>
          <w:szCs w:val="24"/>
        </w:rPr>
      </w:pPr>
      <w:r>
        <w:rPr>
          <w:rFonts w:ascii="Calibri" w:hAnsi="Calibri" w:cs="Calibri"/>
          <w:sz w:val="24"/>
          <w:szCs w:val="24"/>
        </w:rPr>
        <w:br/>
      </w:r>
      <w:r w:rsidR="00000000" w:rsidRPr="00CC05CE">
        <w:rPr>
          <w:rFonts w:ascii="Calibri" w:hAnsi="Calibri" w:cs="Calibri"/>
          <w:b/>
          <w:bCs/>
          <w:sz w:val="24"/>
          <w:szCs w:val="24"/>
        </w:rPr>
        <w:t>Supporting Documents:</w:t>
      </w:r>
      <w:r w:rsidR="00000000" w:rsidRPr="00CC05CE">
        <w:rPr>
          <w:rFonts w:ascii="Calibri" w:hAnsi="Calibri" w:cs="Calibri"/>
          <w:sz w:val="24"/>
          <w:szCs w:val="24"/>
        </w:rPr>
        <w:br/>
        <w:t>• Letter of recommendation from department chair, programme director or IHPBA chapter president.</w:t>
      </w:r>
      <w:r w:rsidR="00000000" w:rsidRPr="00CC05CE">
        <w:rPr>
          <w:rFonts w:ascii="Calibri" w:hAnsi="Calibri" w:cs="Calibri"/>
          <w:sz w:val="24"/>
          <w:szCs w:val="24"/>
        </w:rPr>
        <w:br/>
      </w:r>
      <w:r w:rsidR="00000000" w:rsidRPr="00CC05CE">
        <w:rPr>
          <w:rFonts w:ascii="Calibri" w:hAnsi="Calibri" w:cs="Calibri"/>
          <w:sz w:val="24"/>
          <w:szCs w:val="24"/>
        </w:rPr>
        <w:lastRenderedPageBreak/>
        <w:br/>
      </w:r>
      <w:r w:rsidR="00000000" w:rsidRPr="00CC05CE">
        <w:rPr>
          <w:rFonts w:ascii="Calibri" w:hAnsi="Calibri" w:cs="Calibri"/>
          <w:sz w:val="24"/>
          <w:szCs w:val="24"/>
        </w:rPr>
        <w:br/>
      </w:r>
      <w:r w:rsidR="00000000" w:rsidRPr="00CC05CE">
        <w:rPr>
          <w:rFonts w:ascii="Calibri" w:hAnsi="Calibri" w:cs="Calibri"/>
          <w:sz w:val="24"/>
          <w:szCs w:val="24"/>
        </w:rPr>
        <w:br/>
      </w:r>
      <w:r w:rsidR="00000000" w:rsidRPr="00CC05CE">
        <w:rPr>
          <w:rFonts w:ascii="Calibri" w:hAnsi="Calibri" w:cs="Calibri"/>
          <w:b/>
          <w:bCs/>
          <w:color w:val="EE0000"/>
          <w:sz w:val="24"/>
          <w:szCs w:val="24"/>
        </w:rPr>
        <w:t>1. Membership Information</w:t>
      </w:r>
      <w:r w:rsidR="00000000" w:rsidRPr="00CC05CE">
        <w:rPr>
          <w:rFonts w:ascii="Calibri" w:hAnsi="Calibri" w:cs="Calibri"/>
          <w:sz w:val="24"/>
          <w:szCs w:val="24"/>
        </w:rPr>
        <w:br/>
      </w:r>
      <w:r w:rsidR="00000000" w:rsidRPr="00CC05CE">
        <w:rPr>
          <w:rFonts w:ascii="Calibri" w:hAnsi="Calibri" w:cs="Calibri"/>
          <w:sz w:val="24"/>
          <w:szCs w:val="24"/>
        </w:rPr>
        <w:br/>
      </w:r>
      <w:r w:rsidR="00000000" w:rsidRPr="006700EC">
        <w:rPr>
          <w:rFonts w:ascii="Calibri" w:hAnsi="Calibri" w:cs="Calibri"/>
          <w:b/>
          <w:bCs/>
          <w:sz w:val="24"/>
          <w:szCs w:val="24"/>
        </w:rPr>
        <w:t>Are you a current 2026 IHPBA/Regional Association Member</w:t>
      </w:r>
      <w:r w:rsidR="00000000" w:rsidRPr="00CC05CE">
        <w:rPr>
          <w:rFonts w:ascii="Calibri" w:hAnsi="Calibri" w:cs="Calibri"/>
          <w:sz w:val="24"/>
          <w:szCs w:val="24"/>
        </w:rPr>
        <w:t>?</w:t>
      </w:r>
      <w:r w:rsidR="00000000" w:rsidRPr="00CC05CE">
        <w:rPr>
          <w:rFonts w:ascii="Calibri" w:hAnsi="Calibri" w:cs="Calibri"/>
          <w:sz w:val="24"/>
          <w:szCs w:val="24"/>
        </w:rPr>
        <w:br/>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Yes   </w:t>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No</w:t>
      </w:r>
      <w:r w:rsidR="00000000" w:rsidRPr="00CC05CE">
        <w:rPr>
          <w:rFonts w:ascii="Calibri" w:hAnsi="Calibri" w:cs="Calibri"/>
          <w:sz w:val="24"/>
          <w:szCs w:val="24"/>
        </w:rPr>
        <w:br/>
      </w:r>
      <w:r w:rsidR="00000000" w:rsidRPr="00CC05CE">
        <w:rPr>
          <w:rFonts w:ascii="Calibri" w:hAnsi="Calibri" w:cs="Calibri"/>
          <w:sz w:val="24"/>
          <w:szCs w:val="24"/>
        </w:rPr>
        <w:br/>
      </w:r>
      <w:r w:rsidR="00000000" w:rsidRPr="006700EC">
        <w:rPr>
          <w:rFonts w:ascii="Calibri" w:hAnsi="Calibri" w:cs="Calibri"/>
          <w:b/>
          <w:bCs/>
          <w:sz w:val="24"/>
          <w:szCs w:val="24"/>
        </w:rPr>
        <w:t>Length of IHPBA Membership:</w:t>
      </w:r>
      <w:r w:rsidR="00000000" w:rsidRPr="00CC05CE">
        <w:rPr>
          <w:rFonts w:ascii="Calibri" w:hAnsi="Calibri" w:cs="Calibri"/>
          <w:sz w:val="24"/>
          <w:szCs w:val="24"/>
        </w:rPr>
        <w:br/>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Less than 1 year </w:t>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1 year </w:t>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2 years </w:t>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3 years </w:t>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4 years </w:t>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5 years </w:t>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Over 5 years</w:t>
      </w:r>
      <w:r w:rsidR="00000000" w:rsidRPr="00CC05CE">
        <w:rPr>
          <w:rFonts w:ascii="Calibri" w:hAnsi="Calibri" w:cs="Calibri"/>
          <w:sz w:val="24"/>
          <w:szCs w:val="24"/>
        </w:rPr>
        <w:br/>
      </w:r>
      <w:r w:rsidR="00000000" w:rsidRPr="00CC05CE">
        <w:rPr>
          <w:rFonts w:ascii="Calibri" w:hAnsi="Calibri" w:cs="Calibri"/>
          <w:sz w:val="24"/>
          <w:szCs w:val="24"/>
        </w:rPr>
        <w:br/>
      </w:r>
      <w:r w:rsidR="00000000" w:rsidRPr="006700EC">
        <w:rPr>
          <w:rFonts w:ascii="Calibri" w:hAnsi="Calibri" w:cs="Calibri"/>
          <w:b/>
          <w:bCs/>
          <w:sz w:val="24"/>
          <w:szCs w:val="24"/>
        </w:rPr>
        <w:t>Are you a member of HPBridge?</w:t>
      </w:r>
      <w:r w:rsidR="00000000" w:rsidRPr="00CC05CE">
        <w:rPr>
          <w:rFonts w:ascii="Calibri" w:hAnsi="Calibri" w:cs="Calibri"/>
          <w:sz w:val="24"/>
          <w:szCs w:val="24"/>
        </w:rPr>
        <w:br/>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Yes   </w:t>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No</w:t>
      </w:r>
      <w:r w:rsidR="00000000" w:rsidRPr="00CC05CE">
        <w:rPr>
          <w:rFonts w:ascii="Calibri" w:hAnsi="Calibri" w:cs="Calibri"/>
          <w:sz w:val="24"/>
          <w:szCs w:val="24"/>
        </w:rPr>
        <w:br/>
      </w:r>
      <w:r w:rsidR="00000000" w:rsidRPr="00CC05CE">
        <w:rPr>
          <w:rFonts w:ascii="Calibri" w:hAnsi="Calibri" w:cs="Calibri"/>
          <w:sz w:val="24"/>
          <w:szCs w:val="24"/>
        </w:rPr>
        <w:br/>
        <w:t>--------------------------------------------------</w:t>
      </w:r>
      <w:r w:rsidR="00000000" w:rsidRPr="00CC05CE">
        <w:rPr>
          <w:rFonts w:ascii="Calibri" w:hAnsi="Calibri" w:cs="Calibri"/>
          <w:sz w:val="24"/>
          <w:szCs w:val="24"/>
        </w:rPr>
        <w:br/>
      </w:r>
      <w:r w:rsidR="00000000" w:rsidRPr="00CC05CE">
        <w:rPr>
          <w:rFonts w:ascii="Calibri" w:hAnsi="Calibri" w:cs="Calibri"/>
          <w:sz w:val="24"/>
          <w:szCs w:val="24"/>
        </w:rPr>
        <w:br/>
      </w:r>
      <w:r w:rsidR="00000000" w:rsidRPr="00CC05CE">
        <w:rPr>
          <w:rFonts w:ascii="Calibri" w:hAnsi="Calibri" w:cs="Calibri"/>
          <w:b/>
          <w:bCs/>
          <w:color w:val="EE0000"/>
          <w:sz w:val="24"/>
          <w:szCs w:val="24"/>
        </w:rPr>
        <w:t>2. Contact Details</w:t>
      </w:r>
      <w:r w:rsidR="00000000" w:rsidRPr="00CC05CE">
        <w:rPr>
          <w:rFonts w:ascii="Calibri" w:hAnsi="Calibri" w:cs="Calibri"/>
          <w:sz w:val="24"/>
          <w:szCs w:val="24"/>
        </w:rPr>
        <w:br/>
      </w:r>
      <w:r w:rsidR="00000000" w:rsidRPr="00CC05CE">
        <w:rPr>
          <w:rFonts w:ascii="Calibri" w:hAnsi="Calibri" w:cs="Calibri"/>
          <w:sz w:val="24"/>
          <w:szCs w:val="24"/>
        </w:rPr>
        <w:br/>
      </w:r>
      <w:r w:rsidR="00000000" w:rsidRPr="006700EC">
        <w:rPr>
          <w:rFonts w:ascii="Calibri" w:hAnsi="Calibri" w:cs="Calibri"/>
          <w:b/>
          <w:bCs/>
          <w:sz w:val="24"/>
          <w:szCs w:val="24"/>
        </w:rPr>
        <w:t>Name:</w:t>
      </w:r>
      <w:r w:rsidR="00CC05CE" w:rsidRPr="00CC05CE">
        <w:rPr>
          <w:rFonts w:ascii="Calibri" w:hAnsi="Calibri" w:cs="Calibri"/>
          <w:sz w:val="24"/>
          <w:szCs w:val="24"/>
        </w:rPr>
        <w:t xml:space="preserve">  </w:t>
      </w:r>
      <w:r w:rsidR="00000000" w:rsidRPr="00CC05CE">
        <w:rPr>
          <w:rFonts w:ascii="Calibri" w:hAnsi="Calibri" w:cs="Calibri"/>
          <w:sz w:val="24"/>
          <w:szCs w:val="24"/>
        </w:rPr>
        <w:t>Prefix ______  First Name ______  Last Name ______</w:t>
      </w:r>
      <w:r w:rsidR="00000000" w:rsidRPr="00CC05CE">
        <w:rPr>
          <w:rFonts w:ascii="Calibri" w:hAnsi="Calibri" w:cs="Calibri"/>
          <w:sz w:val="24"/>
          <w:szCs w:val="24"/>
        </w:rPr>
        <w:br/>
      </w:r>
      <w:r w:rsidR="00000000" w:rsidRPr="00CC05CE">
        <w:rPr>
          <w:rFonts w:ascii="Calibri" w:hAnsi="Calibri" w:cs="Calibri"/>
          <w:sz w:val="24"/>
          <w:szCs w:val="24"/>
        </w:rPr>
        <w:br/>
      </w:r>
      <w:r w:rsidR="00000000" w:rsidRPr="006700EC">
        <w:rPr>
          <w:rFonts w:ascii="Calibri" w:hAnsi="Calibri" w:cs="Calibri"/>
          <w:b/>
          <w:bCs/>
          <w:sz w:val="24"/>
          <w:szCs w:val="24"/>
        </w:rPr>
        <w:t>Institution:</w:t>
      </w:r>
      <w:r w:rsidR="00000000" w:rsidRPr="00CC05CE">
        <w:rPr>
          <w:rFonts w:ascii="Calibri" w:hAnsi="Calibri" w:cs="Calibri"/>
          <w:sz w:val="24"/>
          <w:szCs w:val="24"/>
        </w:rPr>
        <w:br/>
        <w:t>________________________________________</w:t>
      </w:r>
      <w:r w:rsidR="00000000" w:rsidRPr="00CC05CE">
        <w:rPr>
          <w:rFonts w:ascii="Calibri" w:hAnsi="Calibri" w:cs="Calibri"/>
          <w:sz w:val="24"/>
          <w:szCs w:val="24"/>
        </w:rPr>
        <w:br/>
      </w:r>
      <w:r w:rsidR="00000000" w:rsidRPr="00CC05CE">
        <w:rPr>
          <w:rFonts w:ascii="Calibri" w:hAnsi="Calibri" w:cs="Calibri"/>
          <w:sz w:val="24"/>
          <w:szCs w:val="24"/>
        </w:rPr>
        <w:br/>
      </w:r>
      <w:r w:rsidR="00000000" w:rsidRPr="006700EC">
        <w:rPr>
          <w:rFonts w:ascii="Calibri" w:hAnsi="Calibri" w:cs="Calibri"/>
          <w:b/>
          <w:bCs/>
          <w:sz w:val="24"/>
          <w:szCs w:val="24"/>
        </w:rPr>
        <w:t>Email:</w:t>
      </w:r>
      <w:r w:rsidR="00000000" w:rsidRPr="00CC05CE">
        <w:rPr>
          <w:rFonts w:ascii="Calibri" w:hAnsi="Calibri" w:cs="Calibri"/>
          <w:sz w:val="24"/>
          <w:szCs w:val="24"/>
        </w:rPr>
        <w:br/>
        <w:t>________________________________________</w:t>
      </w:r>
      <w:r w:rsidR="00000000" w:rsidRPr="00CC05CE">
        <w:rPr>
          <w:rFonts w:ascii="Calibri" w:hAnsi="Calibri" w:cs="Calibri"/>
          <w:sz w:val="24"/>
          <w:szCs w:val="24"/>
        </w:rPr>
        <w:br/>
      </w:r>
      <w:r w:rsidR="00000000" w:rsidRPr="00CC05CE">
        <w:rPr>
          <w:rFonts w:ascii="Calibri" w:hAnsi="Calibri" w:cs="Calibri"/>
          <w:sz w:val="24"/>
          <w:szCs w:val="24"/>
        </w:rPr>
        <w:br/>
      </w:r>
      <w:r w:rsidR="00000000" w:rsidRPr="006700EC">
        <w:rPr>
          <w:rFonts w:ascii="Calibri" w:hAnsi="Calibri" w:cs="Calibri"/>
          <w:b/>
          <w:bCs/>
          <w:sz w:val="24"/>
          <w:szCs w:val="24"/>
        </w:rPr>
        <w:t>Country:</w:t>
      </w:r>
      <w:r w:rsidR="00000000" w:rsidRPr="00CC05CE">
        <w:rPr>
          <w:rFonts w:ascii="Calibri" w:hAnsi="Calibri" w:cs="Calibri"/>
          <w:sz w:val="24"/>
          <w:szCs w:val="24"/>
        </w:rPr>
        <w:br/>
        <w:t>________________________________________</w:t>
      </w:r>
      <w:r w:rsidR="00000000" w:rsidRPr="00CC05CE">
        <w:rPr>
          <w:rFonts w:ascii="Calibri" w:hAnsi="Calibri" w:cs="Calibri"/>
          <w:sz w:val="24"/>
          <w:szCs w:val="24"/>
        </w:rPr>
        <w:br/>
      </w:r>
      <w:r w:rsidR="00000000" w:rsidRPr="00CC05CE">
        <w:rPr>
          <w:rFonts w:ascii="Calibri" w:hAnsi="Calibri" w:cs="Calibri"/>
          <w:sz w:val="24"/>
          <w:szCs w:val="24"/>
        </w:rPr>
        <w:br/>
      </w:r>
      <w:r w:rsidR="00000000" w:rsidRPr="006700EC">
        <w:rPr>
          <w:rFonts w:ascii="Calibri" w:hAnsi="Calibri" w:cs="Calibri"/>
          <w:b/>
          <w:bCs/>
          <w:sz w:val="24"/>
          <w:szCs w:val="24"/>
        </w:rPr>
        <w:t>Region:</w:t>
      </w:r>
      <w:r w:rsidR="00000000" w:rsidRPr="00CC05CE">
        <w:rPr>
          <w:rFonts w:ascii="Calibri" w:hAnsi="Calibri" w:cs="Calibri"/>
          <w:sz w:val="24"/>
          <w:szCs w:val="24"/>
        </w:rPr>
        <w:br/>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Americas (AHPBA)</w:t>
      </w:r>
      <w:r w:rsidR="00000000" w:rsidRPr="00CC05CE">
        <w:rPr>
          <w:rFonts w:ascii="Calibri" w:hAnsi="Calibri" w:cs="Calibri"/>
          <w:sz w:val="24"/>
          <w:szCs w:val="24"/>
        </w:rPr>
        <w:br/>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Asia Pacific (A</w:t>
      </w:r>
      <w:r w:rsidR="00000000" w:rsidRPr="00CC05CE">
        <w:rPr>
          <w:rFonts w:ascii="Cambria Math" w:hAnsi="Cambria Math" w:cs="Cambria Math"/>
          <w:sz w:val="24"/>
          <w:szCs w:val="24"/>
        </w:rPr>
        <w:t>‑</w:t>
      </w:r>
      <w:r w:rsidR="00000000" w:rsidRPr="00CC05CE">
        <w:rPr>
          <w:rFonts w:ascii="Calibri" w:hAnsi="Calibri" w:cs="Calibri"/>
          <w:sz w:val="24"/>
          <w:szCs w:val="24"/>
        </w:rPr>
        <w:t>PHPBA)</w:t>
      </w:r>
      <w:r w:rsidR="00000000" w:rsidRPr="00CC05CE">
        <w:rPr>
          <w:rFonts w:ascii="Calibri" w:hAnsi="Calibri" w:cs="Calibri"/>
          <w:sz w:val="24"/>
          <w:szCs w:val="24"/>
        </w:rPr>
        <w:br/>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Europe Africa Middle East (E</w:t>
      </w:r>
      <w:r w:rsidR="00000000" w:rsidRPr="00CC05CE">
        <w:rPr>
          <w:rFonts w:ascii="Cambria Math" w:hAnsi="Cambria Math" w:cs="Cambria Math"/>
          <w:sz w:val="24"/>
          <w:szCs w:val="24"/>
        </w:rPr>
        <w:t>‑</w:t>
      </w:r>
      <w:r w:rsidR="00000000" w:rsidRPr="00CC05CE">
        <w:rPr>
          <w:rFonts w:ascii="Calibri" w:hAnsi="Calibri" w:cs="Calibri"/>
          <w:sz w:val="24"/>
          <w:szCs w:val="24"/>
        </w:rPr>
        <w:t>AHPBA)</w:t>
      </w:r>
      <w:r w:rsidR="00000000" w:rsidRPr="00CC05CE">
        <w:rPr>
          <w:rFonts w:ascii="Calibri" w:hAnsi="Calibri" w:cs="Calibri"/>
          <w:sz w:val="24"/>
          <w:szCs w:val="24"/>
        </w:rPr>
        <w:br/>
      </w:r>
      <w:r w:rsidR="00000000" w:rsidRPr="00CC05CE">
        <w:rPr>
          <w:rFonts w:ascii="Calibri" w:hAnsi="Calibri" w:cs="Calibri"/>
          <w:sz w:val="24"/>
          <w:szCs w:val="24"/>
        </w:rPr>
        <w:br/>
        <w:t>--------------------------------------------------</w:t>
      </w:r>
      <w:r w:rsidR="00000000" w:rsidRPr="00CC05CE">
        <w:rPr>
          <w:rFonts w:ascii="Calibri" w:hAnsi="Calibri" w:cs="Calibri"/>
          <w:sz w:val="24"/>
          <w:szCs w:val="24"/>
        </w:rPr>
        <w:br/>
      </w:r>
    </w:p>
    <w:p w14:paraId="7DD4DBC1" w14:textId="77777777" w:rsidR="006700EC" w:rsidRDefault="006700EC">
      <w:pPr>
        <w:rPr>
          <w:rFonts w:ascii="Calibri" w:hAnsi="Calibri" w:cs="Calibri"/>
          <w:sz w:val="24"/>
          <w:szCs w:val="24"/>
        </w:rPr>
      </w:pPr>
    </w:p>
    <w:p w14:paraId="0ACE514B" w14:textId="77777777" w:rsidR="006700EC" w:rsidRDefault="006700EC">
      <w:pPr>
        <w:rPr>
          <w:rFonts w:ascii="Calibri" w:hAnsi="Calibri" w:cs="Calibri"/>
          <w:sz w:val="24"/>
          <w:szCs w:val="24"/>
        </w:rPr>
      </w:pPr>
    </w:p>
    <w:p w14:paraId="401113AD" w14:textId="77777777" w:rsidR="006700EC" w:rsidRDefault="006700EC">
      <w:pPr>
        <w:rPr>
          <w:rFonts w:ascii="Calibri" w:hAnsi="Calibri" w:cs="Calibri"/>
          <w:sz w:val="24"/>
          <w:szCs w:val="24"/>
        </w:rPr>
      </w:pPr>
    </w:p>
    <w:p w14:paraId="50719AB4" w14:textId="77777777" w:rsidR="006700EC" w:rsidRDefault="006700EC">
      <w:pPr>
        <w:rPr>
          <w:rFonts w:ascii="Calibri" w:hAnsi="Calibri" w:cs="Calibri"/>
          <w:sz w:val="24"/>
          <w:szCs w:val="24"/>
        </w:rPr>
      </w:pPr>
    </w:p>
    <w:p w14:paraId="69AB95B7" w14:textId="6A2CB6E7" w:rsidR="00CC05CE" w:rsidRDefault="00000000">
      <w:pPr>
        <w:rPr>
          <w:rFonts w:ascii="Calibri" w:hAnsi="Calibri" w:cs="Calibri"/>
          <w:sz w:val="24"/>
          <w:szCs w:val="24"/>
        </w:rPr>
      </w:pPr>
      <w:r w:rsidRPr="00CC05CE">
        <w:rPr>
          <w:rFonts w:ascii="Calibri" w:hAnsi="Calibri" w:cs="Calibri"/>
          <w:sz w:val="24"/>
          <w:szCs w:val="24"/>
        </w:rPr>
        <w:lastRenderedPageBreak/>
        <w:br/>
      </w:r>
      <w:r w:rsidRPr="00CC05CE">
        <w:rPr>
          <w:rFonts w:ascii="Calibri" w:hAnsi="Calibri" w:cs="Calibri"/>
          <w:b/>
          <w:bCs/>
          <w:color w:val="EE0000"/>
          <w:sz w:val="24"/>
          <w:szCs w:val="24"/>
        </w:rPr>
        <w:t>3. Demographics</w:t>
      </w:r>
    </w:p>
    <w:p w14:paraId="483CBE42" w14:textId="77777777" w:rsidR="006700EC" w:rsidRDefault="00CC05CE">
      <w:pPr>
        <w:rPr>
          <w:rFonts w:ascii="Calibri" w:hAnsi="Calibri" w:cs="Calibri"/>
          <w:b/>
          <w:bCs/>
          <w:color w:val="EE0000"/>
          <w:sz w:val="24"/>
          <w:szCs w:val="24"/>
        </w:rPr>
      </w:pPr>
      <w:r w:rsidRPr="00CC05CE">
        <w:rPr>
          <w:rFonts w:ascii="Calibri" w:hAnsi="Calibri" w:cs="Calibri"/>
          <w:sz w:val="24"/>
          <w:szCs w:val="24"/>
        </w:rPr>
        <w:t>The IHPBA collects information on age, gender identity, race and ethnicity to help ensure equity of access and representation for all of our members.</w:t>
      </w:r>
      <w:r w:rsidR="00000000" w:rsidRPr="00CC05CE">
        <w:rPr>
          <w:rFonts w:ascii="Calibri" w:hAnsi="Calibri" w:cs="Calibri"/>
          <w:sz w:val="24"/>
          <w:szCs w:val="24"/>
        </w:rPr>
        <w:br/>
      </w:r>
      <w:r w:rsidR="00000000" w:rsidRPr="00CC05CE">
        <w:rPr>
          <w:rFonts w:ascii="Calibri" w:hAnsi="Calibri" w:cs="Calibri"/>
          <w:sz w:val="24"/>
          <w:szCs w:val="24"/>
        </w:rPr>
        <w:br/>
      </w:r>
      <w:r w:rsidR="00000000" w:rsidRPr="00CC05CE">
        <w:rPr>
          <w:rFonts w:ascii="Calibri" w:hAnsi="Calibri" w:cs="Calibri"/>
          <w:b/>
          <w:bCs/>
          <w:sz w:val="24"/>
          <w:szCs w:val="24"/>
        </w:rPr>
        <w:t>Gender Identity:</w:t>
      </w:r>
      <w:r w:rsidR="00000000" w:rsidRPr="00CC05CE">
        <w:rPr>
          <w:rFonts w:ascii="Calibri" w:hAnsi="Calibri" w:cs="Calibri"/>
          <w:sz w:val="24"/>
          <w:szCs w:val="24"/>
        </w:rPr>
        <w:br/>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Female </w:t>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Male </w:t>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Non</w:t>
      </w:r>
      <w:r w:rsidR="00000000" w:rsidRPr="00CC05CE">
        <w:rPr>
          <w:rFonts w:ascii="Cambria Math" w:hAnsi="Cambria Math" w:cs="Cambria Math"/>
          <w:sz w:val="24"/>
          <w:szCs w:val="24"/>
        </w:rPr>
        <w:t>‑</w:t>
      </w:r>
      <w:r w:rsidR="00000000" w:rsidRPr="00CC05CE">
        <w:rPr>
          <w:rFonts w:ascii="Calibri" w:hAnsi="Calibri" w:cs="Calibri"/>
          <w:sz w:val="24"/>
          <w:szCs w:val="24"/>
        </w:rPr>
        <w:t xml:space="preserve">Binary </w:t>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Prefer not to say</w:t>
      </w:r>
      <w:r w:rsidR="00000000" w:rsidRPr="00CC05CE">
        <w:rPr>
          <w:rFonts w:ascii="Calibri" w:hAnsi="Calibri" w:cs="Calibri"/>
          <w:sz w:val="24"/>
          <w:szCs w:val="24"/>
        </w:rPr>
        <w:br/>
      </w:r>
      <w:r w:rsidR="00000000" w:rsidRPr="00CC05CE">
        <w:rPr>
          <w:rFonts w:ascii="Calibri" w:hAnsi="Calibri" w:cs="Calibri"/>
          <w:sz w:val="24"/>
          <w:szCs w:val="24"/>
        </w:rPr>
        <w:br/>
      </w:r>
      <w:r w:rsidR="00000000" w:rsidRPr="00CC05CE">
        <w:rPr>
          <w:rFonts w:ascii="Calibri" w:hAnsi="Calibri" w:cs="Calibri"/>
          <w:b/>
          <w:bCs/>
          <w:sz w:val="24"/>
          <w:szCs w:val="24"/>
        </w:rPr>
        <w:t>Race and ethnicity identities:</w:t>
      </w:r>
      <w:r w:rsidR="00000000" w:rsidRPr="00CC05CE">
        <w:rPr>
          <w:rFonts w:ascii="Calibri" w:hAnsi="Calibri" w:cs="Calibri"/>
          <w:sz w:val="24"/>
          <w:szCs w:val="24"/>
        </w:rPr>
        <w:br/>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Asian or Pacific Islander</w:t>
      </w:r>
      <w:r w:rsidR="00000000" w:rsidRPr="00CC05CE">
        <w:rPr>
          <w:rFonts w:ascii="Calibri" w:hAnsi="Calibri" w:cs="Calibri"/>
          <w:sz w:val="24"/>
          <w:szCs w:val="24"/>
        </w:rPr>
        <w:br/>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Black or African American</w:t>
      </w:r>
      <w:r w:rsidR="00000000" w:rsidRPr="00CC05CE">
        <w:rPr>
          <w:rFonts w:ascii="Calibri" w:hAnsi="Calibri" w:cs="Calibri"/>
          <w:sz w:val="24"/>
          <w:szCs w:val="24"/>
        </w:rPr>
        <w:br/>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Hispanic or LatinX</w:t>
      </w:r>
      <w:r w:rsidR="00000000" w:rsidRPr="00CC05CE">
        <w:rPr>
          <w:rFonts w:ascii="Calibri" w:hAnsi="Calibri" w:cs="Calibri"/>
          <w:sz w:val="24"/>
          <w:szCs w:val="24"/>
        </w:rPr>
        <w:br/>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Indigenous Person</w:t>
      </w:r>
      <w:r w:rsidR="00000000" w:rsidRPr="00CC05CE">
        <w:rPr>
          <w:rFonts w:ascii="Calibri" w:hAnsi="Calibri" w:cs="Calibri"/>
          <w:sz w:val="24"/>
          <w:szCs w:val="24"/>
        </w:rPr>
        <w:br/>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Middle Eastern, North African</w:t>
      </w:r>
      <w:r w:rsidR="00000000" w:rsidRPr="00CC05CE">
        <w:rPr>
          <w:rFonts w:ascii="Calibri" w:hAnsi="Calibri" w:cs="Calibri"/>
          <w:sz w:val="24"/>
          <w:szCs w:val="24"/>
        </w:rPr>
        <w:br/>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Multiracial</w:t>
      </w:r>
      <w:r w:rsidR="00000000" w:rsidRPr="00CC05CE">
        <w:rPr>
          <w:rFonts w:ascii="Calibri" w:hAnsi="Calibri" w:cs="Calibri"/>
          <w:sz w:val="24"/>
          <w:szCs w:val="24"/>
        </w:rPr>
        <w:br/>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White or Caucasian</w:t>
      </w:r>
      <w:r w:rsidR="00000000" w:rsidRPr="00CC05CE">
        <w:rPr>
          <w:rFonts w:ascii="Calibri" w:hAnsi="Calibri" w:cs="Calibri"/>
          <w:sz w:val="24"/>
          <w:szCs w:val="24"/>
        </w:rPr>
        <w:br/>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Ethnic minority in my country</w:t>
      </w:r>
      <w:r w:rsidR="00000000" w:rsidRPr="00CC05CE">
        <w:rPr>
          <w:rFonts w:ascii="Calibri" w:hAnsi="Calibri" w:cs="Calibri"/>
          <w:sz w:val="24"/>
          <w:szCs w:val="24"/>
        </w:rPr>
        <w:br/>
      </w:r>
      <w:r w:rsidR="00000000" w:rsidRPr="00CC05CE">
        <w:rPr>
          <w:rFonts w:ascii="Segoe UI Symbol" w:hAnsi="Segoe UI Symbol" w:cs="Segoe UI Symbol"/>
          <w:sz w:val="24"/>
          <w:szCs w:val="24"/>
        </w:rPr>
        <w:t>☐</w:t>
      </w:r>
      <w:r w:rsidR="00000000" w:rsidRPr="00CC05CE">
        <w:rPr>
          <w:rFonts w:ascii="Calibri" w:hAnsi="Calibri" w:cs="Calibri"/>
          <w:sz w:val="24"/>
          <w:szCs w:val="24"/>
        </w:rPr>
        <w:t xml:space="preserve"> Prefer not to answer</w:t>
      </w:r>
      <w:r w:rsidR="00000000" w:rsidRPr="00CC05CE">
        <w:rPr>
          <w:rFonts w:ascii="Calibri" w:hAnsi="Calibri" w:cs="Calibri"/>
          <w:sz w:val="24"/>
          <w:szCs w:val="24"/>
        </w:rPr>
        <w:br/>
      </w:r>
      <w:r w:rsidR="00000000" w:rsidRPr="00CC05CE">
        <w:rPr>
          <w:rFonts w:ascii="Calibri" w:hAnsi="Calibri" w:cs="Calibri"/>
          <w:sz w:val="24"/>
          <w:szCs w:val="24"/>
        </w:rPr>
        <w:br/>
      </w:r>
      <w:r w:rsidR="00000000" w:rsidRPr="00CC05CE">
        <w:rPr>
          <w:rFonts w:ascii="Calibri" w:hAnsi="Calibri" w:cs="Calibri"/>
          <w:b/>
          <w:bCs/>
          <w:sz w:val="24"/>
          <w:szCs w:val="24"/>
        </w:rPr>
        <w:t>Date of Birth:</w:t>
      </w:r>
      <w:r w:rsidR="00000000" w:rsidRPr="00CC05CE">
        <w:rPr>
          <w:rFonts w:ascii="Calibri" w:hAnsi="Calibri" w:cs="Calibri"/>
          <w:sz w:val="24"/>
          <w:szCs w:val="24"/>
        </w:rPr>
        <w:br/>
        <w:t>Day ___ Month ___ Year ___</w:t>
      </w:r>
      <w:r w:rsidR="00000000" w:rsidRPr="00CC05CE">
        <w:rPr>
          <w:rFonts w:ascii="Calibri" w:hAnsi="Calibri" w:cs="Calibri"/>
          <w:sz w:val="24"/>
          <w:szCs w:val="24"/>
        </w:rPr>
        <w:br/>
      </w:r>
      <w:r w:rsidR="00000000" w:rsidRPr="00CC05CE">
        <w:rPr>
          <w:rFonts w:ascii="Calibri" w:hAnsi="Calibri" w:cs="Calibri"/>
          <w:sz w:val="24"/>
          <w:szCs w:val="24"/>
        </w:rPr>
        <w:br/>
        <w:t>--------------------------------------------------</w:t>
      </w:r>
      <w:r w:rsidR="00000000" w:rsidRPr="00CC05CE">
        <w:rPr>
          <w:rFonts w:ascii="Calibri" w:hAnsi="Calibri" w:cs="Calibri"/>
          <w:sz w:val="24"/>
          <w:szCs w:val="24"/>
        </w:rPr>
        <w:br/>
      </w:r>
      <w:r w:rsidR="00000000" w:rsidRPr="00CC05CE">
        <w:rPr>
          <w:rFonts w:ascii="Calibri" w:hAnsi="Calibri" w:cs="Calibri"/>
          <w:sz w:val="24"/>
          <w:szCs w:val="24"/>
        </w:rPr>
        <w:br/>
      </w:r>
      <w:r w:rsidR="00000000" w:rsidRPr="00CC05CE">
        <w:rPr>
          <w:rFonts w:ascii="Calibri" w:hAnsi="Calibri" w:cs="Calibri"/>
          <w:b/>
          <w:bCs/>
          <w:color w:val="EE0000"/>
          <w:sz w:val="24"/>
          <w:szCs w:val="24"/>
        </w:rPr>
        <w:t>4. Written Statement</w:t>
      </w:r>
      <w:r w:rsidR="00000000" w:rsidRPr="00CC05CE">
        <w:rPr>
          <w:rFonts w:ascii="Calibri" w:hAnsi="Calibri" w:cs="Calibri"/>
          <w:sz w:val="24"/>
          <w:szCs w:val="24"/>
        </w:rPr>
        <w:br/>
      </w:r>
      <w:r w:rsidR="00000000" w:rsidRPr="00CC05CE">
        <w:rPr>
          <w:rFonts w:ascii="Calibri" w:hAnsi="Calibri" w:cs="Calibri"/>
          <w:sz w:val="24"/>
          <w:szCs w:val="24"/>
        </w:rPr>
        <w:br/>
        <w:t>Please explain why you are applying and the potential benefits of attending.</w:t>
      </w:r>
      <w:r w:rsidR="00000000" w:rsidRPr="00CC05CE">
        <w:rPr>
          <w:rFonts w:ascii="Calibri" w:hAnsi="Calibri" w:cs="Calibri"/>
          <w:sz w:val="24"/>
          <w:szCs w:val="24"/>
        </w:rPr>
        <w:br/>
      </w:r>
      <w:r w:rsidR="00000000" w:rsidRPr="00CC05CE">
        <w:rPr>
          <w:rFonts w:ascii="Calibri" w:hAnsi="Calibri" w:cs="Calibri"/>
          <w:sz w:val="24"/>
          <w:szCs w:val="24"/>
        </w:rPr>
        <w:br/>
        <w:t>______________________________________________________</w:t>
      </w:r>
      <w:r w:rsidR="00000000" w:rsidRPr="00CC05CE">
        <w:rPr>
          <w:rFonts w:ascii="Calibri" w:hAnsi="Calibri" w:cs="Calibri"/>
          <w:sz w:val="24"/>
          <w:szCs w:val="24"/>
        </w:rPr>
        <w:br/>
        <w:t>______________________________________________________</w:t>
      </w:r>
      <w:r w:rsidR="00000000" w:rsidRPr="00CC05CE">
        <w:rPr>
          <w:rFonts w:ascii="Calibri" w:hAnsi="Calibri" w:cs="Calibri"/>
          <w:sz w:val="24"/>
          <w:szCs w:val="24"/>
        </w:rPr>
        <w:br/>
        <w:t>______________________________________________________</w:t>
      </w:r>
      <w:r w:rsidR="00000000" w:rsidRPr="00CC05CE">
        <w:rPr>
          <w:rFonts w:ascii="Calibri" w:hAnsi="Calibri" w:cs="Calibri"/>
          <w:sz w:val="24"/>
          <w:szCs w:val="24"/>
        </w:rPr>
        <w:br/>
      </w:r>
      <w:r w:rsidR="00000000" w:rsidRPr="00CC05CE">
        <w:rPr>
          <w:rFonts w:ascii="Calibri" w:hAnsi="Calibri" w:cs="Calibri"/>
          <w:sz w:val="24"/>
          <w:szCs w:val="24"/>
        </w:rPr>
        <w:br/>
        <w:t>--------------------------------------------------</w:t>
      </w:r>
      <w:r w:rsidR="00000000" w:rsidRPr="00CC05CE">
        <w:rPr>
          <w:rFonts w:ascii="Calibri" w:hAnsi="Calibri" w:cs="Calibri"/>
          <w:sz w:val="24"/>
          <w:szCs w:val="24"/>
        </w:rPr>
        <w:br/>
      </w:r>
      <w:r w:rsidR="00000000" w:rsidRPr="00CC05CE">
        <w:rPr>
          <w:rFonts w:ascii="Calibri" w:hAnsi="Calibri" w:cs="Calibri"/>
          <w:sz w:val="24"/>
          <w:szCs w:val="24"/>
        </w:rPr>
        <w:br/>
      </w:r>
    </w:p>
    <w:p w14:paraId="224941F2" w14:textId="77777777" w:rsidR="006700EC" w:rsidRDefault="006700EC">
      <w:pPr>
        <w:rPr>
          <w:rFonts w:ascii="Calibri" w:hAnsi="Calibri" w:cs="Calibri"/>
          <w:b/>
          <w:bCs/>
          <w:color w:val="EE0000"/>
          <w:sz w:val="24"/>
          <w:szCs w:val="24"/>
        </w:rPr>
      </w:pPr>
    </w:p>
    <w:p w14:paraId="437D4A8E" w14:textId="77777777" w:rsidR="006700EC" w:rsidRDefault="006700EC">
      <w:pPr>
        <w:rPr>
          <w:rFonts w:ascii="Calibri" w:hAnsi="Calibri" w:cs="Calibri"/>
          <w:b/>
          <w:bCs/>
          <w:color w:val="EE0000"/>
          <w:sz w:val="24"/>
          <w:szCs w:val="24"/>
        </w:rPr>
      </w:pPr>
    </w:p>
    <w:p w14:paraId="3BB7AF45" w14:textId="77777777" w:rsidR="006700EC" w:rsidRDefault="006700EC">
      <w:pPr>
        <w:rPr>
          <w:rFonts w:ascii="Calibri" w:hAnsi="Calibri" w:cs="Calibri"/>
          <w:b/>
          <w:bCs/>
          <w:color w:val="EE0000"/>
          <w:sz w:val="24"/>
          <w:szCs w:val="24"/>
        </w:rPr>
      </w:pPr>
    </w:p>
    <w:p w14:paraId="4E78A8FA" w14:textId="77777777" w:rsidR="006700EC" w:rsidRDefault="006700EC">
      <w:pPr>
        <w:rPr>
          <w:rFonts w:ascii="Calibri" w:hAnsi="Calibri" w:cs="Calibri"/>
          <w:b/>
          <w:bCs/>
          <w:color w:val="EE0000"/>
          <w:sz w:val="24"/>
          <w:szCs w:val="24"/>
        </w:rPr>
      </w:pPr>
    </w:p>
    <w:p w14:paraId="7F08266E" w14:textId="77777777" w:rsidR="006700EC" w:rsidRDefault="006700EC">
      <w:pPr>
        <w:rPr>
          <w:rFonts w:ascii="Calibri" w:hAnsi="Calibri" w:cs="Calibri"/>
          <w:b/>
          <w:bCs/>
          <w:color w:val="EE0000"/>
          <w:sz w:val="24"/>
          <w:szCs w:val="24"/>
        </w:rPr>
      </w:pPr>
    </w:p>
    <w:p w14:paraId="791AD5E2" w14:textId="38A20C1E" w:rsidR="00CC05CE" w:rsidRDefault="00000000">
      <w:pPr>
        <w:rPr>
          <w:rFonts w:ascii="Calibri" w:hAnsi="Calibri" w:cs="Calibri"/>
          <w:sz w:val="24"/>
          <w:szCs w:val="24"/>
        </w:rPr>
      </w:pPr>
      <w:r w:rsidRPr="00CC05CE">
        <w:rPr>
          <w:rFonts w:ascii="Calibri" w:hAnsi="Calibri" w:cs="Calibri"/>
          <w:b/>
          <w:bCs/>
          <w:color w:val="EE0000"/>
          <w:sz w:val="24"/>
          <w:szCs w:val="24"/>
        </w:rPr>
        <w:t>5. Abstract Submission</w:t>
      </w:r>
      <w:r w:rsidRPr="00CC05CE">
        <w:rPr>
          <w:rFonts w:ascii="Calibri" w:hAnsi="Calibri" w:cs="Calibri"/>
          <w:sz w:val="24"/>
          <w:szCs w:val="24"/>
        </w:rPr>
        <w:br/>
      </w:r>
      <w:r w:rsidR="00CC05CE" w:rsidRPr="00CC05CE">
        <w:rPr>
          <w:rFonts w:ascii="Calibri" w:hAnsi="Calibri" w:cs="Calibri"/>
          <w:sz w:val="24"/>
          <w:szCs w:val="24"/>
        </w:rPr>
        <w:t>Abstract submissions can be as simple as a case study. Should you need any guidance in preparing your abstract submission, please contact michelle.burns@ihpba.org, who will facilitate a connection with the IHPBA Global Collaborations Committee</w:t>
      </w:r>
    </w:p>
    <w:p w14:paraId="414A7034" w14:textId="4454B4B3" w:rsidR="00CC05CE" w:rsidRPr="00CC05CE" w:rsidRDefault="00000000">
      <w:pPr>
        <w:rPr>
          <w:rFonts w:ascii="Calibri" w:hAnsi="Calibri" w:cs="Calibri"/>
          <w:b/>
          <w:bCs/>
          <w:sz w:val="24"/>
          <w:szCs w:val="24"/>
        </w:rPr>
      </w:pPr>
      <w:r w:rsidRPr="00CC05CE">
        <w:rPr>
          <w:rFonts w:ascii="Calibri" w:hAnsi="Calibri" w:cs="Calibri"/>
          <w:sz w:val="24"/>
          <w:szCs w:val="24"/>
        </w:rPr>
        <w:br/>
      </w:r>
      <w:r w:rsidRPr="00CC05CE">
        <w:rPr>
          <w:rFonts w:ascii="Calibri" w:hAnsi="Calibri" w:cs="Calibri"/>
          <w:b/>
          <w:bCs/>
          <w:sz w:val="24"/>
          <w:szCs w:val="24"/>
        </w:rPr>
        <w:t>Have you submitted an abstract?</w:t>
      </w:r>
      <w:r w:rsidRPr="00CC05CE">
        <w:rPr>
          <w:rFonts w:ascii="Calibri" w:hAnsi="Calibri" w:cs="Calibri"/>
          <w:sz w:val="24"/>
          <w:szCs w:val="24"/>
        </w:rPr>
        <w:br/>
      </w:r>
      <w:r w:rsidRPr="00CC05CE">
        <w:rPr>
          <w:rFonts w:ascii="Segoe UI Symbol" w:hAnsi="Segoe UI Symbol" w:cs="Segoe UI Symbol"/>
          <w:sz w:val="24"/>
          <w:szCs w:val="24"/>
        </w:rPr>
        <w:t>☐</w:t>
      </w:r>
      <w:r w:rsidRPr="00CC05CE">
        <w:rPr>
          <w:rFonts w:ascii="Calibri" w:hAnsi="Calibri" w:cs="Calibri"/>
          <w:sz w:val="24"/>
          <w:szCs w:val="24"/>
        </w:rPr>
        <w:t xml:space="preserve"> Yes </w:t>
      </w:r>
      <w:r w:rsidRPr="00CC05CE">
        <w:rPr>
          <w:rFonts w:ascii="Segoe UI Symbol" w:hAnsi="Segoe UI Symbol" w:cs="Segoe UI Symbol"/>
          <w:sz w:val="24"/>
          <w:szCs w:val="24"/>
        </w:rPr>
        <w:t>☐</w:t>
      </w:r>
      <w:r w:rsidRPr="00CC05CE">
        <w:rPr>
          <w:rFonts w:ascii="Calibri" w:hAnsi="Calibri" w:cs="Calibri"/>
          <w:sz w:val="24"/>
          <w:szCs w:val="24"/>
        </w:rPr>
        <w:t xml:space="preserve"> No </w:t>
      </w:r>
      <w:r w:rsidRPr="00CC05CE">
        <w:rPr>
          <w:rFonts w:ascii="Segoe UI Symbol" w:hAnsi="Segoe UI Symbol" w:cs="Segoe UI Symbol"/>
          <w:sz w:val="24"/>
          <w:szCs w:val="24"/>
        </w:rPr>
        <w:t>☐</w:t>
      </w:r>
      <w:r w:rsidRPr="00CC05CE">
        <w:rPr>
          <w:rFonts w:ascii="Calibri" w:hAnsi="Calibri" w:cs="Calibri"/>
          <w:sz w:val="24"/>
          <w:szCs w:val="24"/>
        </w:rPr>
        <w:t xml:space="preserve"> Plan to submit</w:t>
      </w:r>
      <w:r w:rsidRPr="00CC05CE">
        <w:rPr>
          <w:rFonts w:ascii="Calibri" w:hAnsi="Calibri" w:cs="Calibri"/>
          <w:sz w:val="24"/>
          <w:szCs w:val="24"/>
        </w:rPr>
        <w:br/>
      </w:r>
      <w:r w:rsidRPr="00CC05CE">
        <w:rPr>
          <w:rFonts w:ascii="Calibri" w:hAnsi="Calibri" w:cs="Calibri"/>
          <w:sz w:val="24"/>
          <w:szCs w:val="24"/>
        </w:rPr>
        <w:br/>
        <w:t>Abstract Title:</w:t>
      </w:r>
      <w:r w:rsidRPr="00CC05CE">
        <w:rPr>
          <w:rFonts w:ascii="Calibri" w:hAnsi="Calibri" w:cs="Calibri"/>
          <w:sz w:val="24"/>
          <w:szCs w:val="24"/>
        </w:rPr>
        <w:br/>
        <w:t>________________________________________</w:t>
      </w:r>
      <w:r w:rsidRPr="00CC05CE">
        <w:rPr>
          <w:rFonts w:ascii="Calibri" w:hAnsi="Calibri" w:cs="Calibri"/>
          <w:sz w:val="24"/>
          <w:szCs w:val="24"/>
        </w:rPr>
        <w:br/>
      </w:r>
      <w:r w:rsidRPr="00CC05CE">
        <w:rPr>
          <w:rFonts w:ascii="Calibri" w:hAnsi="Calibri" w:cs="Calibri"/>
          <w:sz w:val="24"/>
          <w:szCs w:val="24"/>
        </w:rPr>
        <w:br/>
        <w:t>--------------------------------------------------</w:t>
      </w:r>
      <w:r w:rsidRPr="00CC05CE">
        <w:rPr>
          <w:rFonts w:ascii="Calibri" w:hAnsi="Calibri" w:cs="Calibri"/>
          <w:sz w:val="24"/>
          <w:szCs w:val="24"/>
        </w:rPr>
        <w:br/>
      </w:r>
      <w:r w:rsidRPr="00CC05CE">
        <w:rPr>
          <w:rFonts w:ascii="Calibri" w:hAnsi="Calibri" w:cs="Calibri"/>
          <w:sz w:val="24"/>
          <w:szCs w:val="24"/>
        </w:rPr>
        <w:br/>
      </w:r>
      <w:r w:rsidRPr="00CC05CE">
        <w:rPr>
          <w:rFonts w:ascii="Calibri" w:hAnsi="Calibri" w:cs="Calibri"/>
          <w:b/>
          <w:bCs/>
          <w:color w:val="EE0000"/>
          <w:sz w:val="24"/>
          <w:szCs w:val="24"/>
        </w:rPr>
        <w:t>Letter of Recommendation Upload:</w:t>
      </w:r>
      <w:r w:rsidR="00CC05CE" w:rsidRPr="00CC05CE">
        <w:rPr>
          <w:rFonts w:ascii="Segoe UI Symbol" w:hAnsi="Segoe UI Symbol" w:cs="Segoe UI Symbol"/>
          <w:color w:val="EE0000"/>
          <w:sz w:val="24"/>
          <w:szCs w:val="24"/>
        </w:rPr>
        <w:t xml:space="preserve"> </w:t>
      </w:r>
    </w:p>
    <w:p w14:paraId="4C27C454" w14:textId="77777777" w:rsidR="00CC05CE" w:rsidRDefault="00CC05CE">
      <w:pPr>
        <w:rPr>
          <w:rFonts w:ascii="Calibri" w:hAnsi="Calibri" w:cs="Calibri"/>
          <w:sz w:val="24"/>
          <w:szCs w:val="24"/>
        </w:rPr>
      </w:pPr>
      <w:r w:rsidRPr="00CC05CE">
        <w:rPr>
          <w:rFonts w:ascii="Segoe UI Symbol" w:hAnsi="Segoe UI Symbol" w:cs="Segoe UI Symbol"/>
          <w:sz w:val="24"/>
          <w:szCs w:val="24"/>
        </w:rPr>
        <w:t>☐</w:t>
      </w:r>
      <w:r w:rsidRPr="00CC05CE">
        <w:rPr>
          <w:rFonts w:ascii="Calibri" w:hAnsi="Calibri" w:cs="Calibri"/>
          <w:sz w:val="24"/>
          <w:szCs w:val="24"/>
        </w:rPr>
        <w:t xml:space="preserve"> Yes</w:t>
      </w:r>
      <w:r w:rsidR="00000000" w:rsidRPr="00CC05CE">
        <w:rPr>
          <w:rFonts w:ascii="Calibri" w:hAnsi="Calibri" w:cs="Calibri"/>
          <w:sz w:val="24"/>
          <w:szCs w:val="24"/>
        </w:rPr>
        <w:br/>
      </w:r>
      <w:r w:rsidR="00000000" w:rsidRPr="00CC05CE">
        <w:rPr>
          <w:rFonts w:ascii="Calibri" w:hAnsi="Calibri" w:cs="Calibri"/>
          <w:sz w:val="24"/>
          <w:szCs w:val="24"/>
        </w:rPr>
        <w:br/>
      </w:r>
    </w:p>
    <w:p w14:paraId="03ABD3FD" w14:textId="5FBF6237" w:rsidR="004B3E66" w:rsidRPr="00CC05CE" w:rsidRDefault="00000000">
      <w:pPr>
        <w:rPr>
          <w:rFonts w:ascii="Calibri" w:hAnsi="Calibri" w:cs="Calibri"/>
          <w:sz w:val="24"/>
          <w:szCs w:val="24"/>
        </w:rPr>
      </w:pPr>
      <w:r w:rsidRPr="00CC05CE">
        <w:rPr>
          <w:rFonts w:ascii="Calibri" w:hAnsi="Calibri" w:cs="Calibri"/>
          <w:sz w:val="24"/>
          <w:szCs w:val="24"/>
        </w:rPr>
        <w:t>Signature: ______________________ Date: ____________</w:t>
      </w:r>
      <w:r w:rsidRPr="00CC05CE">
        <w:rPr>
          <w:rFonts w:ascii="Calibri" w:hAnsi="Calibri" w:cs="Calibri"/>
          <w:sz w:val="24"/>
          <w:szCs w:val="24"/>
        </w:rPr>
        <w:br/>
      </w:r>
    </w:p>
    <w:sectPr w:rsidR="004B3E66" w:rsidRPr="00CC05CE" w:rsidSect="006700EC">
      <w:footerReference w:type="default" r:id="rId11"/>
      <w:pgSz w:w="12240" w:h="15840"/>
      <w:pgMar w:top="0" w:right="1800" w:bottom="993" w:left="1800" w:header="720" w:footer="15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450A7B" w14:textId="77777777" w:rsidR="002F4C5D" w:rsidRDefault="002F4C5D" w:rsidP="006700EC">
      <w:pPr>
        <w:spacing w:after="0" w:line="240" w:lineRule="auto"/>
      </w:pPr>
      <w:r>
        <w:separator/>
      </w:r>
    </w:p>
  </w:endnote>
  <w:endnote w:type="continuationSeparator" w:id="0">
    <w:p w14:paraId="47BE4F0F" w14:textId="77777777" w:rsidR="002F4C5D" w:rsidRDefault="002F4C5D" w:rsidP="006700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8924900"/>
      <w:docPartObj>
        <w:docPartGallery w:val="Page Numbers (Bottom of Page)"/>
        <w:docPartUnique/>
      </w:docPartObj>
    </w:sdtPr>
    <w:sdtEndPr>
      <w:rPr>
        <w:noProof/>
      </w:rPr>
    </w:sdtEndPr>
    <w:sdtContent>
      <w:p w14:paraId="6DA9C2AC" w14:textId="7EEAE64A" w:rsidR="006700EC" w:rsidRDefault="006700E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912A4A3" w14:textId="77777777" w:rsidR="006700EC" w:rsidRDefault="006700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144ADE" w14:textId="77777777" w:rsidR="002F4C5D" w:rsidRDefault="002F4C5D" w:rsidP="006700EC">
      <w:pPr>
        <w:spacing w:after="0" w:line="240" w:lineRule="auto"/>
      </w:pPr>
      <w:r>
        <w:separator/>
      </w:r>
    </w:p>
  </w:footnote>
  <w:footnote w:type="continuationSeparator" w:id="0">
    <w:p w14:paraId="3E40B474" w14:textId="77777777" w:rsidR="002F4C5D" w:rsidRDefault="002F4C5D" w:rsidP="006700E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7E97478"/>
    <w:multiLevelType w:val="hybridMultilevel"/>
    <w:tmpl w:val="5A5856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C50C2C"/>
    <w:multiLevelType w:val="multilevel"/>
    <w:tmpl w:val="71CAB5D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7246814">
    <w:abstractNumId w:val="8"/>
  </w:num>
  <w:num w:numId="2" w16cid:durableId="1569341492">
    <w:abstractNumId w:val="6"/>
  </w:num>
  <w:num w:numId="3" w16cid:durableId="830406928">
    <w:abstractNumId w:val="5"/>
  </w:num>
  <w:num w:numId="4" w16cid:durableId="1039623058">
    <w:abstractNumId w:val="4"/>
  </w:num>
  <w:num w:numId="5" w16cid:durableId="981271744">
    <w:abstractNumId w:val="7"/>
  </w:num>
  <w:num w:numId="6" w16cid:durableId="985400058">
    <w:abstractNumId w:val="3"/>
  </w:num>
  <w:num w:numId="7" w16cid:durableId="814486685">
    <w:abstractNumId w:val="2"/>
  </w:num>
  <w:num w:numId="8" w16cid:durableId="441874844">
    <w:abstractNumId w:val="1"/>
  </w:num>
  <w:num w:numId="9" w16cid:durableId="1729454259">
    <w:abstractNumId w:val="0"/>
  </w:num>
  <w:num w:numId="10" w16cid:durableId="484855136">
    <w:abstractNumId w:val="9"/>
  </w:num>
  <w:num w:numId="11" w16cid:durableId="165191020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2F4C5D"/>
    <w:rsid w:val="00326F90"/>
    <w:rsid w:val="004B3E66"/>
    <w:rsid w:val="005B713A"/>
    <w:rsid w:val="006700EC"/>
    <w:rsid w:val="00735560"/>
    <w:rsid w:val="00AA1D8D"/>
    <w:rsid w:val="00B47730"/>
    <w:rsid w:val="00B65990"/>
    <w:rsid w:val="00CB0664"/>
    <w:rsid w:val="00CC05C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C90B96C"/>
  <w14:defaultImageDpi w14:val="300"/>
  <w15:docId w15:val="{7461AC8F-85F6-4459-B4AA-5C3B16A2E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CC05CE"/>
    <w:rPr>
      <w:color w:val="0000FF" w:themeColor="hyperlink"/>
      <w:u w:val="single"/>
    </w:rPr>
  </w:style>
  <w:style w:type="character" w:styleId="UnresolvedMention">
    <w:name w:val="Unresolved Mention"/>
    <w:basedOn w:val="DefaultParagraphFont"/>
    <w:uiPriority w:val="99"/>
    <w:semiHidden/>
    <w:unhideWhenUsed/>
    <w:rsid w:val="00CC05CE"/>
    <w:rPr>
      <w:color w:val="605E5C"/>
      <w:shd w:val="clear" w:color="auto" w:fill="E1DFDD"/>
    </w:rPr>
  </w:style>
  <w:style w:type="paragraph" w:styleId="NormalWeb">
    <w:name w:val="Normal (Web)"/>
    <w:basedOn w:val="Normal"/>
    <w:uiPriority w:val="99"/>
    <w:semiHidden/>
    <w:unhideWhenUsed/>
    <w:rsid w:val="00CC05C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travelgrant@ihpba.org" TargetMode="External"/><Relationship Id="rId4" Type="http://schemas.openxmlformats.org/officeDocument/2006/relationships/settings" Target="settings.xml"/><Relationship Id="rId9" Type="http://schemas.openxmlformats.org/officeDocument/2006/relationships/hyperlink" Target="https://form.jotform.com/26014212227534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538</Words>
  <Characters>3219</Characters>
  <Application>Microsoft Office Word</Application>
  <DocSecurity>0</DocSecurity>
  <Lines>100</Lines>
  <Paragraphs>57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3700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Michelle Peters</cp:lastModifiedBy>
  <cp:revision>2</cp:revision>
  <dcterms:created xsi:type="dcterms:W3CDTF">2026-02-05T12:23:00Z</dcterms:created>
  <dcterms:modified xsi:type="dcterms:W3CDTF">2026-02-05T12:23:00Z</dcterms:modified>
  <cp:category/>
</cp:coreProperties>
</file>